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A764F" w14:textId="77777777" w:rsidR="002E6A45" w:rsidRDefault="00000000">
      <w:pPr>
        <w:spacing w:after="80"/>
      </w:pPr>
      <w:r>
        <w:rPr>
          <w:b/>
          <w:color w:val="2D6870"/>
          <w:sz w:val="23"/>
        </w:rPr>
        <w:t>HALTO</w:t>
      </w:r>
      <w:r>
        <w:rPr>
          <w:color w:val="6F8F95"/>
          <w:sz w:val="18"/>
        </w:rPr>
        <w:t xml:space="preserve">  |  CareShare · Hilfen &amp; Vorlagen</w:t>
      </w:r>
    </w:p>
    <w:p w14:paraId="3AB98399" w14:textId="77777777" w:rsidR="002E6A45" w:rsidRDefault="00000000">
      <w:pPr>
        <w:pStyle w:val="HALTOTitle"/>
      </w:pPr>
      <w:r>
        <w:t>Musterbrief · Privatsektor</w:t>
      </w:r>
    </w:p>
    <w:p w14:paraId="79FA68AF" w14:textId="77777777" w:rsidR="002E6A45" w:rsidRDefault="00000000">
      <w:pPr>
        <w:spacing w:after="240"/>
      </w:pPr>
      <w:r>
        <w:rPr>
          <w:b/>
          <w:color w:val="F28A22"/>
          <w:sz w:val="26"/>
        </w:rPr>
        <w:t>Bitte um Gespräch zu einer flexiblen Arbeitsgestaltung</w:t>
      </w:r>
    </w:p>
    <w:p w14:paraId="168EF531" w14:textId="77777777" w:rsidR="002E6A45" w:rsidRDefault="00000000" w:rsidP="00C94467">
      <w:pPr>
        <w:spacing w:after="0" w:line="269" w:lineRule="auto"/>
      </w:pPr>
      <w:r>
        <w:rPr>
          <w:sz w:val="19"/>
        </w:rPr>
        <w:t xml:space="preserve">Vorname Nachname: </w:t>
      </w:r>
      <w:r>
        <w:rPr>
          <w:i/>
          <w:color w:val="B65C22"/>
          <w:sz w:val="19"/>
        </w:rPr>
        <w:t>[Vorname Nachname]</w:t>
      </w:r>
    </w:p>
    <w:p w14:paraId="056116C5" w14:textId="77777777" w:rsidR="002E6A45" w:rsidRDefault="00000000" w:rsidP="00C94467">
      <w:pPr>
        <w:spacing w:after="0" w:line="269" w:lineRule="auto"/>
      </w:pPr>
      <w:r>
        <w:rPr>
          <w:sz w:val="19"/>
        </w:rPr>
        <w:t xml:space="preserve">Adresse: </w:t>
      </w:r>
      <w:r>
        <w:rPr>
          <w:i/>
          <w:color w:val="B65C22"/>
          <w:sz w:val="19"/>
        </w:rPr>
        <w:t>[Straße, Hausnummer · PLZ Ort]</w:t>
      </w:r>
    </w:p>
    <w:p w14:paraId="78B33F5B" w14:textId="77777777" w:rsidR="002E6A45" w:rsidRDefault="00000000" w:rsidP="00C94467">
      <w:pPr>
        <w:spacing w:after="0" w:line="269" w:lineRule="auto"/>
      </w:pPr>
      <w:r>
        <w:rPr>
          <w:sz w:val="19"/>
        </w:rPr>
        <w:t xml:space="preserve">E-Mail / Telefon: </w:t>
      </w:r>
      <w:r>
        <w:rPr>
          <w:i/>
          <w:color w:val="B65C22"/>
          <w:sz w:val="19"/>
        </w:rPr>
        <w:t>[Kontaktdaten]</w:t>
      </w:r>
    </w:p>
    <w:p w14:paraId="0859D948" w14:textId="4E17B4F0" w:rsidR="00C94467" w:rsidRDefault="00000000" w:rsidP="00C94467">
      <w:pPr>
        <w:spacing w:before="60" w:after="160" w:line="269" w:lineRule="auto"/>
        <w:ind w:left="5040"/>
        <w:rPr>
          <w:i/>
          <w:color w:val="B65C22"/>
          <w:sz w:val="19"/>
        </w:rPr>
      </w:pPr>
      <w:r>
        <w:rPr>
          <w:sz w:val="19"/>
        </w:rPr>
        <w:t xml:space="preserve">An </w:t>
      </w:r>
      <w:r>
        <w:rPr>
          <w:i/>
          <w:color w:val="B65C22"/>
          <w:sz w:val="19"/>
        </w:rPr>
        <w:t>[Name des Unternehmens / der zuständigen Person]</w:t>
      </w:r>
      <w:r>
        <w:rPr>
          <w:i/>
          <w:color w:val="B65C22"/>
          <w:sz w:val="19"/>
        </w:rPr>
        <w:br/>
        <w:t>[Adresse]</w:t>
      </w:r>
    </w:p>
    <w:p w14:paraId="4AB61998" w14:textId="77777777" w:rsidR="00C94467" w:rsidRDefault="00C94467" w:rsidP="00C94467">
      <w:pPr>
        <w:spacing w:before="60" w:after="160" w:line="269" w:lineRule="auto"/>
        <w:ind w:left="5040"/>
        <w:jc w:val="right"/>
        <w:rPr>
          <w:i/>
          <w:color w:val="B65C22"/>
          <w:sz w:val="19"/>
        </w:rPr>
      </w:pPr>
    </w:p>
    <w:p w14:paraId="0F928451" w14:textId="154672FD" w:rsidR="002E6A45" w:rsidRDefault="00000000" w:rsidP="00C94467">
      <w:pPr>
        <w:spacing w:before="60" w:after="160" w:line="269" w:lineRule="auto"/>
        <w:ind w:left="5040"/>
        <w:jc w:val="right"/>
        <w:rPr>
          <w:i/>
          <w:color w:val="B65C22"/>
          <w:sz w:val="19"/>
        </w:rPr>
      </w:pPr>
      <w:r>
        <w:rPr>
          <w:i/>
          <w:color w:val="B65C22"/>
          <w:sz w:val="19"/>
        </w:rPr>
        <w:t>[Ort], den [Datum]</w:t>
      </w:r>
    </w:p>
    <w:p w14:paraId="65D2D2DF" w14:textId="77777777" w:rsidR="00C94467" w:rsidRDefault="00C94467" w:rsidP="00C94467">
      <w:pPr>
        <w:spacing w:before="60" w:after="160" w:line="269" w:lineRule="auto"/>
        <w:ind w:left="5040"/>
        <w:jc w:val="right"/>
      </w:pPr>
    </w:p>
    <w:p w14:paraId="02EACD74" w14:textId="77777777" w:rsidR="002E6A45" w:rsidRDefault="00000000">
      <w:pPr>
        <w:spacing w:after="220"/>
      </w:pPr>
      <w:r>
        <w:rPr>
          <w:b/>
        </w:rPr>
        <w:t>Betreff: Bitte um Gespräch zu einer formule souple de travail gemäß Art. L. 236-1 Code du travail</w:t>
      </w:r>
    </w:p>
    <w:p w14:paraId="19AE6361" w14:textId="77777777" w:rsidR="00C94467" w:rsidRDefault="00C94467">
      <w:pPr>
        <w:spacing w:after="160" w:line="269" w:lineRule="auto"/>
      </w:pPr>
    </w:p>
    <w:p w14:paraId="04D88D32" w14:textId="2470E282" w:rsidR="002E6A45" w:rsidRDefault="00000000">
      <w:pPr>
        <w:spacing w:after="160" w:line="269" w:lineRule="auto"/>
      </w:pPr>
      <w:r>
        <w:t xml:space="preserve">Sehr </w:t>
      </w:r>
      <w:proofErr w:type="spellStart"/>
      <w:r>
        <w:t>geehrte</w:t>
      </w:r>
      <w:proofErr w:type="spellEnd"/>
      <w:r>
        <w:t xml:space="preserve"> Frau / Sehr geehrter Herr </w:t>
      </w:r>
      <w:r>
        <w:rPr>
          <w:i/>
          <w:color w:val="B65C22"/>
        </w:rPr>
        <w:t>[Name]</w:t>
      </w:r>
      <w:r>
        <w:t>,</w:t>
      </w:r>
    </w:p>
    <w:p w14:paraId="02AD7789" w14:textId="77777777" w:rsidR="002E6A45" w:rsidRDefault="00000000">
      <w:pPr>
        <w:spacing w:after="160" w:line="269" w:lineRule="auto"/>
      </w:pPr>
      <w:r>
        <w:t xml:space="preserve">im Rahmen der in Artikel L. 236-1 des luxemburgischen Code du travail vorgesehenen </w:t>
      </w:r>
      <w:r>
        <w:rPr>
          <w:i/>
          <w:color w:val="2D6870"/>
        </w:rPr>
        <w:t>formules souples de travail</w:t>
      </w:r>
      <w:r>
        <w:t xml:space="preserve"> möchte ich gerne mit Ihnen über eine vorübergehende Anpassung meiner Arbeitsorganisation sprechen.</w:t>
      </w:r>
    </w:p>
    <w:p w14:paraId="53CF6801" w14:textId="77777777" w:rsidR="002E6A45" w:rsidRDefault="00000000">
      <w:pPr>
        <w:spacing w:after="160" w:line="269" w:lineRule="auto"/>
      </w:pPr>
      <w:r>
        <w:t xml:space="preserve">Ich leiste regelmäßig persönliche Pflege bzw. Unterstützung für </w:t>
      </w:r>
      <w:r>
        <w:rPr>
          <w:i/>
          <w:color w:val="B65C22"/>
        </w:rPr>
        <w:t>[mein Kind / meinen Angehörigen / eine mit mir im selben Haushalt lebende Person]</w:t>
      </w:r>
      <w:r>
        <w:t>, die/der aufgrund schwerwiegender medizinischer Gründe erhebliche Unterstützung benötigt.</w:t>
      </w:r>
    </w:p>
    <w:p w14:paraId="56D5CB24" w14:textId="77777777" w:rsidR="002E6A45" w:rsidRDefault="00000000">
      <w:pPr>
        <w:spacing w:after="160" w:line="269" w:lineRule="auto"/>
      </w:pPr>
      <w:r>
        <w:t xml:space="preserve">Um diese Betreuung besser mit meiner beruflichen Tätigkeit vereinbaren zu können, möchte ich mit Ihnen gerne folgende Anpassung besprechen: </w:t>
      </w:r>
      <w:r>
        <w:rPr>
          <w:i/>
          <w:color w:val="B65C22"/>
        </w:rPr>
        <w:t>[z. B. feste Arbeitszeiten / flexible Arbeitszeiten / Homeoffice / Anpassung des Schichtplans / vorübergehende Reduzierung der Arbeitszeit / andere gewünschte Anpassung]</w:t>
      </w:r>
      <w:r>
        <w:t>.</w:t>
      </w:r>
    </w:p>
    <w:p w14:paraId="62DF0077" w14:textId="77777777" w:rsidR="002E6A45" w:rsidRDefault="00000000">
      <w:pPr>
        <w:spacing w:after="160" w:line="269" w:lineRule="auto"/>
      </w:pPr>
      <w:r>
        <w:t xml:space="preserve">Falls hilfreich, könnte die Anpassung für den Zeitraum </w:t>
      </w:r>
      <w:r>
        <w:rPr>
          <w:i/>
          <w:color w:val="B65C22"/>
        </w:rPr>
        <w:t>[von … bis … / für … Monate]</w:t>
      </w:r>
      <w:r>
        <w:t xml:space="preserve"> vorgesehen werden.</w:t>
      </w:r>
    </w:p>
    <w:p w14:paraId="2021ADA6" w14:textId="77777777" w:rsidR="002E6A45" w:rsidRDefault="00000000">
      <w:pPr>
        <w:spacing w:after="160" w:line="269" w:lineRule="auto"/>
      </w:pPr>
      <w:r>
        <w:t>Mir ist wichtig, eine Lösung zu finden, die sowohl den betrieblichen Anforderungen als auch meiner Betreuungssituation Rechnung trägt. Ich würde mich über ein persönliches Gespräch freuen, um die gewünschte Anpassung und ihre konkrete Ausgestaltung mit Ihnen zu besprechen.</w:t>
      </w:r>
    </w:p>
    <w:p w14:paraId="470F79AB" w14:textId="77777777" w:rsidR="002E6A45" w:rsidRDefault="00000000">
      <w:pPr>
        <w:spacing w:after="160" w:line="269" w:lineRule="auto"/>
      </w:pPr>
      <w:r>
        <w:t>Vielen Dank für Ihre Zeit und Ihre Rückmeldung.</w:t>
      </w:r>
    </w:p>
    <w:p w14:paraId="37BB7016" w14:textId="77777777" w:rsidR="002E6A45" w:rsidRDefault="00000000">
      <w:pPr>
        <w:spacing w:before="120" w:after="280"/>
      </w:pPr>
      <w:r>
        <w:t>Mit freundlichen Grüßen</w:t>
      </w:r>
    </w:p>
    <w:p w14:paraId="2CC7C31A" w14:textId="77777777" w:rsidR="002E6A45" w:rsidRDefault="00000000">
      <w:pPr>
        <w:spacing w:after="160" w:line="269" w:lineRule="auto"/>
        <w:rPr>
          <w:i/>
          <w:color w:val="B65C22"/>
        </w:rPr>
      </w:pPr>
      <w:r>
        <w:rPr>
          <w:i/>
          <w:color w:val="B65C22"/>
        </w:rPr>
        <w:t>[Vorname Nachname]</w:t>
      </w:r>
    </w:p>
    <w:p w14:paraId="43926EFC" w14:textId="77777777" w:rsidR="00C94467" w:rsidRDefault="00C94467">
      <w:pPr>
        <w:spacing w:after="160" w:line="269" w:lineRule="auto"/>
      </w:pPr>
    </w:p>
    <w:p w14:paraId="5894F09A" w14:textId="77777777" w:rsidR="00C94467" w:rsidRDefault="00C94467">
      <w:pPr>
        <w:spacing w:after="160" w:line="269" w:lineRule="auto"/>
      </w:pPr>
    </w:p>
    <w:p w14:paraId="2CDB0569" w14:textId="77777777" w:rsidR="00FA7CCE" w:rsidRDefault="00FA7CCE">
      <w:pPr>
        <w:spacing w:after="160" w:line="269" w:lineRule="auto"/>
      </w:pPr>
    </w:p>
    <w:p w14:paraId="584963FE" w14:textId="77777777" w:rsidR="00FA7CCE" w:rsidRDefault="00FA7CCE">
      <w:pPr>
        <w:spacing w:after="160" w:line="269" w:lineRule="auto"/>
      </w:pPr>
    </w:p>
    <w:tbl>
      <w:tblPr>
        <w:tblW w:w="0" w:type="auto"/>
        <w:jc w:val="center"/>
        <w:tblLook w:val="04A0" w:firstRow="1" w:lastRow="0" w:firstColumn="1" w:lastColumn="0" w:noHBand="0" w:noVBand="1"/>
      </w:tblPr>
      <w:tblGrid>
        <w:gridCol w:w="9412"/>
      </w:tblGrid>
      <w:tr w:rsidR="002E6A45" w14:paraId="09C14973" w14:textId="77777777">
        <w:trPr>
          <w:jc w:val="center"/>
        </w:trPr>
        <w:tc>
          <w:tcPr>
            <w:tcW w:w="9746" w:type="dxa"/>
            <w:shd w:val="clear" w:color="auto" w:fill="F5F0E7"/>
            <w:tcMar>
              <w:top w:w="100" w:type="dxa"/>
              <w:left w:w="140" w:type="dxa"/>
              <w:bottom w:w="100" w:type="dxa"/>
              <w:right w:w="140" w:type="dxa"/>
            </w:tcMar>
          </w:tcPr>
          <w:p w14:paraId="06947E63" w14:textId="77777777" w:rsidR="002E6A45" w:rsidRDefault="00000000">
            <w:pPr>
              <w:spacing w:after="0"/>
            </w:pPr>
            <w:r>
              <w:rPr>
                <w:b/>
                <w:color w:val="2D6870"/>
                <w:sz w:val="17"/>
              </w:rPr>
              <w:t xml:space="preserve">Hinweis: </w:t>
            </w:r>
            <w:r>
              <w:rPr>
                <w:sz w:val="17"/>
              </w:rPr>
              <w:t>Die kursiv-farbigen Stellen sind zum Anpassen gedacht. Die Anleitung finden Sie auf Seite 2.</w:t>
            </w:r>
          </w:p>
        </w:tc>
      </w:tr>
    </w:tbl>
    <w:p w14:paraId="572B7E11" w14:textId="52274506" w:rsidR="002E6A45" w:rsidRDefault="002E6A45"/>
    <w:p w14:paraId="3A904258" w14:textId="77777777" w:rsidR="002E6A45" w:rsidRDefault="00000000">
      <w:pPr>
        <w:spacing w:after="80"/>
      </w:pPr>
      <w:proofErr w:type="gramStart"/>
      <w:r>
        <w:rPr>
          <w:b/>
          <w:color w:val="2D6870"/>
          <w:sz w:val="23"/>
        </w:rPr>
        <w:lastRenderedPageBreak/>
        <w:t>HALTO</w:t>
      </w:r>
      <w:r>
        <w:rPr>
          <w:color w:val="6F8F95"/>
          <w:sz w:val="18"/>
        </w:rPr>
        <w:t xml:space="preserve">  |</w:t>
      </w:r>
      <w:proofErr w:type="gramEnd"/>
      <w:r>
        <w:rPr>
          <w:color w:val="6F8F95"/>
          <w:sz w:val="18"/>
        </w:rPr>
        <w:t xml:space="preserve">  CareShare · Hilfen &amp; Vorlagen</w:t>
      </w:r>
    </w:p>
    <w:p w14:paraId="4B4E0096" w14:textId="77777777" w:rsidR="002E6A45" w:rsidRDefault="00000000">
      <w:pPr>
        <w:pStyle w:val="HALTOTitle"/>
      </w:pPr>
      <w:r>
        <w:t>So passen Sie den Musterbrief an</w:t>
      </w:r>
    </w:p>
    <w:p w14:paraId="0A795370" w14:textId="77777777" w:rsidR="002E6A45" w:rsidRDefault="00000000">
      <w:pPr>
        <w:spacing w:after="240"/>
      </w:pPr>
      <w:r>
        <w:rPr>
          <w:sz w:val="20"/>
        </w:rPr>
        <w:t>Die orange-kursiven Stellen im Brief ersetzen Sie durch Ihre persönlichen Angaben. Alles andere kann grundsätzlich stehen bleiben.</w:t>
      </w:r>
    </w:p>
    <w:tbl>
      <w:tblPr>
        <w:tblW w:w="0" w:type="auto"/>
        <w:jc w:val="center"/>
        <w:tblLayout w:type="fixed"/>
        <w:tblLook w:val="04A0" w:firstRow="1" w:lastRow="0" w:firstColumn="1" w:lastColumn="0" w:noHBand="0" w:noVBand="1"/>
      </w:tblPr>
      <w:tblGrid>
        <w:gridCol w:w="425"/>
        <w:gridCol w:w="8391"/>
      </w:tblGrid>
      <w:tr w:rsidR="002E6A45" w14:paraId="5BE92289" w14:textId="77777777">
        <w:trPr>
          <w:jc w:val="center"/>
        </w:trPr>
        <w:tc>
          <w:tcPr>
            <w:tcW w:w="425" w:type="dxa"/>
            <w:shd w:val="clear" w:color="auto" w:fill="DDE8EA"/>
            <w:tcMar>
              <w:top w:w="90" w:type="dxa"/>
              <w:left w:w="100" w:type="dxa"/>
              <w:bottom w:w="90" w:type="dxa"/>
              <w:right w:w="100" w:type="dxa"/>
            </w:tcMar>
          </w:tcPr>
          <w:p w14:paraId="6B82941A" w14:textId="77777777" w:rsidR="002E6A45" w:rsidRDefault="00000000">
            <w:pPr>
              <w:jc w:val="center"/>
            </w:pPr>
            <w:r>
              <w:rPr>
                <w:b/>
                <w:color w:val="2D6870"/>
                <w:sz w:val="20"/>
              </w:rPr>
              <w:t>1</w:t>
            </w:r>
          </w:p>
        </w:tc>
        <w:tc>
          <w:tcPr>
            <w:tcW w:w="8391" w:type="dxa"/>
            <w:tcMar>
              <w:top w:w="90" w:type="dxa"/>
              <w:left w:w="100" w:type="dxa"/>
              <w:bottom w:w="90" w:type="dxa"/>
              <w:right w:w="100" w:type="dxa"/>
            </w:tcMar>
          </w:tcPr>
          <w:p w14:paraId="0B788DED" w14:textId="77777777" w:rsidR="002E6A45" w:rsidRDefault="00000000">
            <w:pPr>
              <w:spacing w:after="40"/>
            </w:pPr>
            <w:r>
              <w:rPr>
                <w:b/>
                <w:color w:val="2D6870"/>
                <w:sz w:val="20"/>
              </w:rPr>
              <w:t>Absender und Empfänger</w:t>
            </w:r>
          </w:p>
          <w:p w14:paraId="2AE986E7" w14:textId="77777777" w:rsidR="002E6A45" w:rsidRDefault="00000000">
            <w:pPr>
              <w:spacing w:after="0" w:line="252" w:lineRule="auto"/>
            </w:pPr>
            <w:r>
              <w:rPr>
                <w:sz w:val="18"/>
              </w:rPr>
              <w:t>Tragen Sie Ihre Kontaktdaten, den Namen des Unternehmens bzw. der zuständigen Person, die Anschrift sowie Ort und Datum ein.</w:t>
            </w:r>
          </w:p>
        </w:tc>
      </w:tr>
      <w:tr w:rsidR="002E6A45" w14:paraId="24190337" w14:textId="77777777">
        <w:trPr>
          <w:jc w:val="center"/>
        </w:trPr>
        <w:tc>
          <w:tcPr>
            <w:tcW w:w="425" w:type="dxa"/>
            <w:shd w:val="clear" w:color="auto" w:fill="DDE8EA"/>
            <w:tcMar>
              <w:top w:w="90" w:type="dxa"/>
              <w:left w:w="100" w:type="dxa"/>
              <w:bottom w:w="90" w:type="dxa"/>
              <w:right w:w="100" w:type="dxa"/>
            </w:tcMar>
          </w:tcPr>
          <w:p w14:paraId="19DEBAB6" w14:textId="77777777" w:rsidR="002E6A45" w:rsidRDefault="00000000">
            <w:pPr>
              <w:jc w:val="center"/>
            </w:pPr>
            <w:r>
              <w:rPr>
                <w:b/>
                <w:color w:val="2D6870"/>
                <w:sz w:val="20"/>
              </w:rPr>
              <w:t>2</w:t>
            </w:r>
          </w:p>
        </w:tc>
        <w:tc>
          <w:tcPr>
            <w:tcW w:w="8391" w:type="dxa"/>
            <w:tcMar>
              <w:top w:w="90" w:type="dxa"/>
              <w:left w:w="100" w:type="dxa"/>
              <w:bottom w:w="90" w:type="dxa"/>
              <w:right w:w="100" w:type="dxa"/>
            </w:tcMar>
          </w:tcPr>
          <w:p w14:paraId="10ADA2E6" w14:textId="77777777" w:rsidR="002E6A45" w:rsidRDefault="00000000">
            <w:pPr>
              <w:spacing w:after="40"/>
            </w:pPr>
            <w:r>
              <w:rPr>
                <w:b/>
                <w:color w:val="2D6870"/>
                <w:sz w:val="20"/>
              </w:rPr>
              <w:t>Betreuungssituation</w:t>
            </w:r>
          </w:p>
          <w:p w14:paraId="704F0FAB" w14:textId="77777777" w:rsidR="002E6A45" w:rsidRDefault="00000000">
            <w:pPr>
              <w:spacing w:after="0" w:line="252" w:lineRule="auto"/>
            </w:pPr>
            <w:r>
              <w:rPr>
                <w:sz w:val="18"/>
              </w:rPr>
              <w:t>Wählen Sie die passende Formulierung (z. B. „mein Kind“) und passen Sie sie an Ihre Situation an. Beschreiben Sie nur so viel, wie für die Anfrage nötig ist.</w:t>
            </w:r>
          </w:p>
        </w:tc>
      </w:tr>
      <w:tr w:rsidR="002E6A45" w14:paraId="7A5E9A1F" w14:textId="77777777">
        <w:trPr>
          <w:jc w:val="center"/>
        </w:trPr>
        <w:tc>
          <w:tcPr>
            <w:tcW w:w="425" w:type="dxa"/>
            <w:shd w:val="clear" w:color="auto" w:fill="DDE8EA"/>
            <w:tcMar>
              <w:top w:w="90" w:type="dxa"/>
              <w:left w:w="100" w:type="dxa"/>
              <w:bottom w:w="90" w:type="dxa"/>
              <w:right w:w="100" w:type="dxa"/>
            </w:tcMar>
          </w:tcPr>
          <w:p w14:paraId="6E9D24A0" w14:textId="77777777" w:rsidR="002E6A45" w:rsidRDefault="00000000">
            <w:pPr>
              <w:jc w:val="center"/>
            </w:pPr>
            <w:r>
              <w:rPr>
                <w:b/>
                <w:color w:val="2D6870"/>
                <w:sz w:val="20"/>
              </w:rPr>
              <w:t>3</w:t>
            </w:r>
          </w:p>
        </w:tc>
        <w:tc>
          <w:tcPr>
            <w:tcW w:w="8391" w:type="dxa"/>
            <w:tcMar>
              <w:top w:w="90" w:type="dxa"/>
              <w:left w:w="100" w:type="dxa"/>
              <w:bottom w:w="90" w:type="dxa"/>
              <w:right w:w="100" w:type="dxa"/>
            </w:tcMar>
          </w:tcPr>
          <w:p w14:paraId="1D93118D" w14:textId="77777777" w:rsidR="002E6A45" w:rsidRDefault="00000000">
            <w:pPr>
              <w:spacing w:after="40"/>
            </w:pPr>
            <w:r>
              <w:rPr>
                <w:b/>
                <w:color w:val="2D6870"/>
                <w:sz w:val="20"/>
              </w:rPr>
              <w:t>Gewünschte Anpassung</w:t>
            </w:r>
          </w:p>
          <w:p w14:paraId="2E1518A1" w14:textId="77777777" w:rsidR="002E6A45" w:rsidRDefault="00000000">
            <w:pPr>
              <w:spacing w:after="0" w:line="252" w:lineRule="auto"/>
            </w:pPr>
            <w:r>
              <w:rPr>
                <w:sz w:val="18"/>
              </w:rPr>
              <w:t>Benennen Sie möglichst konkret, was Sie besprechen möchten: z. B. feste Anfangs-/Endzeiten, flexible Arbeitszeiten, Homeoffice, eine andere Schichtverteilung oder eine vorübergehende Reduzierung der Arbeitszeit.</w:t>
            </w:r>
          </w:p>
        </w:tc>
      </w:tr>
      <w:tr w:rsidR="002E6A45" w14:paraId="073A5EFC" w14:textId="77777777">
        <w:trPr>
          <w:jc w:val="center"/>
        </w:trPr>
        <w:tc>
          <w:tcPr>
            <w:tcW w:w="425" w:type="dxa"/>
            <w:shd w:val="clear" w:color="auto" w:fill="DDE8EA"/>
            <w:tcMar>
              <w:top w:w="90" w:type="dxa"/>
              <w:left w:w="100" w:type="dxa"/>
              <w:bottom w:w="90" w:type="dxa"/>
              <w:right w:w="100" w:type="dxa"/>
            </w:tcMar>
          </w:tcPr>
          <w:p w14:paraId="1A4B9BF6" w14:textId="77777777" w:rsidR="002E6A45" w:rsidRDefault="00000000">
            <w:pPr>
              <w:jc w:val="center"/>
            </w:pPr>
            <w:r>
              <w:rPr>
                <w:b/>
                <w:color w:val="2D6870"/>
                <w:sz w:val="20"/>
              </w:rPr>
              <w:t>4</w:t>
            </w:r>
          </w:p>
        </w:tc>
        <w:tc>
          <w:tcPr>
            <w:tcW w:w="8391" w:type="dxa"/>
            <w:tcMar>
              <w:top w:w="90" w:type="dxa"/>
              <w:left w:w="100" w:type="dxa"/>
              <w:bottom w:w="90" w:type="dxa"/>
              <w:right w:w="100" w:type="dxa"/>
            </w:tcMar>
          </w:tcPr>
          <w:p w14:paraId="61AAFA37" w14:textId="77777777" w:rsidR="002E6A45" w:rsidRDefault="00000000">
            <w:pPr>
              <w:spacing w:after="40"/>
            </w:pPr>
            <w:r>
              <w:rPr>
                <w:b/>
                <w:color w:val="2D6870"/>
                <w:sz w:val="20"/>
              </w:rPr>
              <w:t>Zeitraum</w:t>
            </w:r>
          </w:p>
          <w:p w14:paraId="774E059D" w14:textId="77777777" w:rsidR="002E6A45" w:rsidRDefault="00000000">
            <w:pPr>
              <w:spacing w:after="0" w:line="252" w:lineRule="auto"/>
            </w:pPr>
            <w:r>
              <w:rPr>
                <w:sz w:val="18"/>
              </w:rPr>
              <w:t>Wenn Sie schon wissen, wie lange die Anpassung benötigt wird, tragen Sie einen Zeitraum ein. Wenn noch offen, kann dieser Satz auch gestrichen werden.</w:t>
            </w:r>
          </w:p>
        </w:tc>
      </w:tr>
      <w:tr w:rsidR="002E6A45" w14:paraId="366EEAE9" w14:textId="77777777">
        <w:trPr>
          <w:jc w:val="center"/>
        </w:trPr>
        <w:tc>
          <w:tcPr>
            <w:tcW w:w="425" w:type="dxa"/>
            <w:shd w:val="clear" w:color="auto" w:fill="DDE8EA"/>
            <w:tcMar>
              <w:top w:w="90" w:type="dxa"/>
              <w:left w:w="100" w:type="dxa"/>
              <w:bottom w:w="90" w:type="dxa"/>
              <w:right w:w="100" w:type="dxa"/>
            </w:tcMar>
          </w:tcPr>
          <w:p w14:paraId="655AA244" w14:textId="77777777" w:rsidR="002E6A45" w:rsidRDefault="00000000">
            <w:pPr>
              <w:jc w:val="center"/>
            </w:pPr>
            <w:r>
              <w:rPr>
                <w:b/>
                <w:color w:val="2D6870"/>
                <w:sz w:val="20"/>
              </w:rPr>
              <w:t>5</w:t>
            </w:r>
          </w:p>
        </w:tc>
        <w:tc>
          <w:tcPr>
            <w:tcW w:w="8391" w:type="dxa"/>
            <w:tcMar>
              <w:top w:w="90" w:type="dxa"/>
              <w:left w:w="100" w:type="dxa"/>
              <w:bottom w:w="90" w:type="dxa"/>
              <w:right w:w="100" w:type="dxa"/>
            </w:tcMar>
          </w:tcPr>
          <w:p w14:paraId="610FF7CC" w14:textId="77777777" w:rsidR="002E6A45" w:rsidRDefault="00000000">
            <w:pPr>
              <w:spacing w:after="40"/>
            </w:pPr>
            <w:r>
              <w:rPr>
                <w:b/>
                <w:color w:val="2D6870"/>
                <w:sz w:val="20"/>
              </w:rPr>
              <w:t>Nachweise</w:t>
            </w:r>
          </w:p>
          <w:p w14:paraId="3CA238EF" w14:textId="77777777" w:rsidR="002E6A45" w:rsidRDefault="00000000">
            <w:pPr>
              <w:spacing w:after="0" w:line="252" w:lineRule="auto"/>
            </w:pPr>
            <w:r>
              <w:rPr>
                <w:sz w:val="18"/>
              </w:rPr>
              <w:t>Wenn Ihre Anfrage auf einer Betreuung aus schwerwiegenden medizinischen Gründen beruht, halten Sie den erforderlichen medizinischen Nachweis bereit. Fügen Sie sensible Unterlagen nur bei, wenn sie tatsächlich erforderlich sind.</w:t>
            </w:r>
          </w:p>
        </w:tc>
      </w:tr>
      <w:tr w:rsidR="002E6A45" w14:paraId="201D3184" w14:textId="77777777">
        <w:trPr>
          <w:jc w:val="center"/>
        </w:trPr>
        <w:tc>
          <w:tcPr>
            <w:tcW w:w="425" w:type="dxa"/>
            <w:shd w:val="clear" w:color="auto" w:fill="DDE8EA"/>
            <w:tcMar>
              <w:top w:w="90" w:type="dxa"/>
              <w:left w:w="100" w:type="dxa"/>
              <w:bottom w:w="90" w:type="dxa"/>
              <w:right w:w="100" w:type="dxa"/>
            </w:tcMar>
          </w:tcPr>
          <w:p w14:paraId="5836CE6D" w14:textId="77777777" w:rsidR="002E6A45" w:rsidRDefault="00000000">
            <w:pPr>
              <w:jc w:val="center"/>
            </w:pPr>
            <w:r>
              <w:rPr>
                <w:b/>
                <w:color w:val="2D6870"/>
                <w:sz w:val="20"/>
              </w:rPr>
              <w:t>6</w:t>
            </w:r>
          </w:p>
        </w:tc>
        <w:tc>
          <w:tcPr>
            <w:tcW w:w="8391" w:type="dxa"/>
            <w:tcMar>
              <w:top w:w="90" w:type="dxa"/>
              <w:left w:w="100" w:type="dxa"/>
              <w:bottom w:w="90" w:type="dxa"/>
              <w:right w:w="100" w:type="dxa"/>
            </w:tcMar>
          </w:tcPr>
          <w:p w14:paraId="499A0703" w14:textId="77777777" w:rsidR="002E6A45" w:rsidRDefault="00000000">
            <w:pPr>
              <w:spacing w:after="40"/>
            </w:pPr>
            <w:r>
              <w:rPr>
                <w:b/>
                <w:color w:val="2D6870"/>
                <w:sz w:val="20"/>
              </w:rPr>
              <w:t>Versand und Kopie</w:t>
            </w:r>
          </w:p>
          <w:p w14:paraId="350BC8A5" w14:textId="77777777" w:rsidR="002E6A45" w:rsidRDefault="00000000">
            <w:pPr>
              <w:spacing w:after="0" w:line="252" w:lineRule="auto"/>
            </w:pPr>
            <w:r>
              <w:rPr>
                <w:sz w:val="18"/>
              </w:rPr>
              <w:t>Bewahren Sie eine Kopie Ihres Schreibens und der Antwort auf. Prüfen Sie vor dem Versand, welche Form für Ihre Situation vorgesehen ist.</w:t>
            </w:r>
          </w:p>
        </w:tc>
      </w:tr>
    </w:tbl>
    <w:p w14:paraId="4F4B2042" w14:textId="77777777" w:rsidR="00C94467" w:rsidRDefault="00C94467">
      <w:pPr>
        <w:spacing w:before="240" w:after="100"/>
        <w:rPr>
          <w:b/>
          <w:color w:val="F28A22"/>
          <w:sz w:val="23"/>
        </w:rPr>
      </w:pPr>
    </w:p>
    <w:p w14:paraId="1B016B0C" w14:textId="24B8596B" w:rsidR="002E6A45" w:rsidRDefault="00000000">
      <w:pPr>
        <w:spacing w:before="240" w:after="100"/>
      </w:pPr>
      <w:proofErr w:type="spellStart"/>
      <w:r>
        <w:rPr>
          <w:b/>
          <w:color w:val="F28A22"/>
          <w:sz w:val="23"/>
        </w:rPr>
        <w:t>Rechtlicher</w:t>
      </w:r>
      <w:proofErr w:type="spellEnd"/>
      <w:r>
        <w:rPr>
          <w:b/>
          <w:color w:val="F28A22"/>
          <w:sz w:val="23"/>
        </w:rPr>
        <w:t xml:space="preserve"> Rahmen</w:t>
      </w:r>
    </w:p>
    <w:p w14:paraId="207479E3" w14:textId="77777777" w:rsidR="002E6A45" w:rsidRDefault="00000000">
      <w:pPr>
        <w:spacing w:after="180" w:line="259" w:lineRule="auto"/>
        <w:rPr>
          <w:sz w:val="18"/>
        </w:rPr>
      </w:pPr>
      <w:r>
        <w:rPr>
          <w:sz w:val="18"/>
        </w:rPr>
        <w:t xml:space="preserve">Die Vorlage bezieht sich auf die formules souples de travail nach Art. L. 236-1 des luxemburgischen Code du travail. Sie richtet sich in erster Linie an Beschäftigte, für die der Code du travail gilt. Für Beschäftigte im öffentlichen Dienst können je nach </w:t>
      </w:r>
      <w:proofErr w:type="spellStart"/>
      <w:r>
        <w:rPr>
          <w:sz w:val="18"/>
        </w:rPr>
        <w:t>Statut</w:t>
      </w:r>
      <w:proofErr w:type="spellEnd"/>
      <w:r>
        <w:rPr>
          <w:sz w:val="18"/>
        </w:rPr>
        <w:t xml:space="preserve"> </w:t>
      </w:r>
      <w:proofErr w:type="spellStart"/>
      <w:r>
        <w:rPr>
          <w:sz w:val="18"/>
        </w:rPr>
        <w:t>andere</w:t>
      </w:r>
      <w:proofErr w:type="spellEnd"/>
      <w:r>
        <w:rPr>
          <w:sz w:val="18"/>
        </w:rPr>
        <w:t xml:space="preserve"> </w:t>
      </w:r>
      <w:proofErr w:type="spellStart"/>
      <w:r>
        <w:rPr>
          <w:sz w:val="18"/>
        </w:rPr>
        <w:t>Regelungen</w:t>
      </w:r>
      <w:proofErr w:type="spellEnd"/>
      <w:r>
        <w:rPr>
          <w:sz w:val="18"/>
        </w:rPr>
        <w:t xml:space="preserve"> </w:t>
      </w:r>
      <w:proofErr w:type="spellStart"/>
      <w:r>
        <w:rPr>
          <w:sz w:val="18"/>
        </w:rPr>
        <w:t>gelten</w:t>
      </w:r>
      <w:proofErr w:type="spellEnd"/>
      <w:r>
        <w:rPr>
          <w:sz w:val="18"/>
        </w:rPr>
        <w:t>.</w:t>
      </w:r>
    </w:p>
    <w:p w14:paraId="71DCCF4C" w14:textId="77777777" w:rsidR="00C94467" w:rsidRDefault="00C94467">
      <w:pPr>
        <w:spacing w:after="180" w:line="259" w:lineRule="auto"/>
      </w:pPr>
    </w:p>
    <w:tbl>
      <w:tblPr>
        <w:tblW w:w="0" w:type="auto"/>
        <w:jc w:val="center"/>
        <w:tblLook w:val="04A0" w:firstRow="1" w:lastRow="0" w:firstColumn="1" w:lastColumn="0" w:noHBand="0" w:noVBand="1"/>
      </w:tblPr>
      <w:tblGrid>
        <w:gridCol w:w="9412"/>
      </w:tblGrid>
      <w:tr w:rsidR="002E6A45" w14:paraId="3B895EFB" w14:textId="77777777">
        <w:trPr>
          <w:jc w:val="center"/>
        </w:trPr>
        <w:tc>
          <w:tcPr>
            <w:tcW w:w="9746" w:type="dxa"/>
            <w:shd w:val="clear" w:color="auto" w:fill="F5F0E7"/>
            <w:tcMar>
              <w:top w:w="120" w:type="dxa"/>
              <w:left w:w="150" w:type="dxa"/>
              <w:bottom w:w="120" w:type="dxa"/>
              <w:right w:w="150" w:type="dxa"/>
            </w:tcMar>
          </w:tcPr>
          <w:p w14:paraId="2F74BABB" w14:textId="77777777" w:rsidR="002E6A45" w:rsidRDefault="00000000">
            <w:pPr>
              <w:spacing w:after="80"/>
            </w:pPr>
            <w:r>
              <w:rPr>
                <w:b/>
                <w:color w:val="2D6870"/>
                <w:sz w:val="20"/>
              </w:rPr>
              <w:t>Gut zu wissen</w:t>
            </w:r>
          </w:p>
          <w:p w14:paraId="2C2C536E" w14:textId="77777777" w:rsidR="002E6A45" w:rsidRDefault="00000000">
            <w:pPr>
              <w:spacing w:after="0" w:line="240" w:lineRule="auto"/>
            </w:pPr>
            <w:r>
              <w:rPr>
                <w:sz w:val="17"/>
              </w:rPr>
              <w:t>Dieser Musterbrief dient der Orientierung und ersetzt keine individuelle Rechtsberatung. Bei Unsicherheit lassen Sie Ihre persönliche Situation fachlich prüfen. Stand: September 2026.</w:t>
            </w:r>
          </w:p>
        </w:tc>
      </w:tr>
    </w:tbl>
    <w:p w14:paraId="200D899E" w14:textId="77777777" w:rsidR="001973AD" w:rsidRDefault="001973AD"/>
    <w:sectPr w:rsidR="001973AD" w:rsidSect="00FA7CCE">
      <w:footerReference w:type="default" r:id="rId8"/>
      <w:pgSz w:w="11906" w:h="16838"/>
      <w:pgMar w:top="879" w:right="1247" w:bottom="850" w:left="124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FD326" w14:textId="77777777" w:rsidR="001973AD" w:rsidRDefault="001973AD">
      <w:pPr>
        <w:spacing w:after="0" w:line="240" w:lineRule="auto"/>
      </w:pPr>
      <w:r>
        <w:separator/>
      </w:r>
    </w:p>
  </w:endnote>
  <w:endnote w:type="continuationSeparator" w:id="0">
    <w:p w14:paraId="180CECC0" w14:textId="77777777" w:rsidR="001973AD" w:rsidRDefault="00197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257B5" w14:textId="77777777" w:rsidR="002E6A45" w:rsidRDefault="00000000">
    <w:pPr>
      <w:pStyle w:val="Fuzeile"/>
      <w:jc w:val="center"/>
    </w:pPr>
    <w:proofErr w:type="gramStart"/>
    <w:r>
      <w:rPr>
        <w:color w:val="6F8F95"/>
        <w:sz w:val="16"/>
      </w:rPr>
      <w:t>halto.lu  •</w:t>
    </w:r>
    <w:proofErr w:type="gramEnd"/>
    <w:r>
      <w:rPr>
        <w:color w:val="6F8F95"/>
        <w:sz w:val="16"/>
      </w:rPr>
      <w:t xml:space="preserve">  </w:t>
    </w:r>
    <w:proofErr w:type="spellStart"/>
    <w:r>
      <w:rPr>
        <w:color w:val="6F8F95"/>
        <w:sz w:val="16"/>
      </w:rPr>
      <w:t>CareShare</w:t>
    </w:r>
    <w:proofErr w:type="spellEnd"/>
    <w:r>
      <w:rPr>
        <w:color w:val="6F8F95"/>
        <w:sz w:val="16"/>
      </w:rPr>
      <w:t xml:space="preserve"> · </w:t>
    </w:r>
    <w:proofErr w:type="spellStart"/>
    <w:r>
      <w:rPr>
        <w:color w:val="6F8F95"/>
        <w:sz w:val="16"/>
      </w:rPr>
      <w:t>Hilfen</w:t>
    </w:r>
    <w:proofErr w:type="spellEnd"/>
    <w:r>
      <w:rPr>
        <w:color w:val="6F8F95"/>
        <w:sz w:val="16"/>
      </w:rPr>
      <w:t xml:space="preserve"> &amp; </w:t>
    </w:r>
    <w:proofErr w:type="spellStart"/>
    <w:r>
      <w:rPr>
        <w:color w:val="6F8F95"/>
        <w:sz w:val="16"/>
      </w:rPr>
      <w:t>Vorlagen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21174A" w14:textId="77777777" w:rsidR="001973AD" w:rsidRDefault="001973AD">
      <w:pPr>
        <w:spacing w:after="0" w:line="240" w:lineRule="auto"/>
      </w:pPr>
      <w:r>
        <w:separator/>
      </w:r>
    </w:p>
  </w:footnote>
  <w:footnote w:type="continuationSeparator" w:id="0">
    <w:p w14:paraId="5F830E29" w14:textId="77777777" w:rsidR="001973AD" w:rsidRDefault="00197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410153351">
    <w:abstractNumId w:val="8"/>
  </w:num>
  <w:num w:numId="2" w16cid:durableId="822353207">
    <w:abstractNumId w:val="6"/>
  </w:num>
  <w:num w:numId="3" w16cid:durableId="498546302">
    <w:abstractNumId w:val="5"/>
  </w:num>
  <w:num w:numId="4" w16cid:durableId="1858300845">
    <w:abstractNumId w:val="4"/>
  </w:num>
  <w:num w:numId="5" w16cid:durableId="375859958">
    <w:abstractNumId w:val="7"/>
  </w:num>
  <w:num w:numId="6" w16cid:durableId="1726030597">
    <w:abstractNumId w:val="3"/>
  </w:num>
  <w:num w:numId="7" w16cid:durableId="996415910">
    <w:abstractNumId w:val="2"/>
  </w:num>
  <w:num w:numId="8" w16cid:durableId="111675251">
    <w:abstractNumId w:val="1"/>
  </w:num>
  <w:num w:numId="9" w16cid:durableId="6219601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73AD"/>
    <w:rsid w:val="0029639D"/>
    <w:rsid w:val="002E6A45"/>
    <w:rsid w:val="00326F90"/>
    <w:rsid w:val="00417516"/>
    <w:rsid w:val="00AA1D8D"/>
    <w:rsid w:val="00B47730"/>
    <w:rsid w:val="00C94467"/>
    <w:rsid w:val="00CB0664"/>
    <w:rsid w:val="00FA7C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F42E7"/>
  <w14:defaultImageDpi w14:val="300"/>
  <w15:docId w15:val="{BFEDB0CF-9EF4-0F42-94D2-DE5B8425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color w:val="26333A"/>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LTOTitle">
    <w:name w:val="HALTO Title"/>
    <w:pPr>
      <w:spacing w:after="140"/>
    </w:pPr>
    <w:rPr>
      <w:rFonts w:ascii="Aptos Display" w:hAnsi="Aptos Display"/>
      <w:b/>
      <w:color w:val="2D6870"/>
      <w:sz w:val="44"/>
    </w:rPr>
  </w:style>
  <w:style w:type="paragraph" w:customStyle="1" w:styleId="HALTOH1">
    <w:name w:val="HALTO H1"/>
    <w:pPr>
      <w:spacing w:after="140"/>
    </w:pPr>
    <w:rPr>
      <w:rFonts w:ascii="Aptos Display" w:hAnsi="Aptos Display"/>
      <w:b/>
      <w:color w:val="2D6870"/>
      <w:sz w:val="30"/>
    </w:rPr>
  </w:style>
  <w:style w:type="paragraph" w:customStyle="1" w:styleId="HALTOH2">
    <w:name w:val="HALTO H2"/>
    <w:pPr>
      <w:spacing w:after="140"/>
    </w:pPr>
    <w:rPr>
      <w:rFonts w:ascii="Aptos Display" w:hAnsi="Aptos Display"/>
      <w:b/>
      <w:color w:val="2D687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THILL Nathalie</cp:lastModifiedBy>
  <cp:revision>3</cp:revision>
  <dcterms:created xsi:type="dcterms:W3CDTF">2026-09-11T07:00:00Z</dcterms:created>
  <dcterms:modified xsi:type="dcterms:W3CDTF">2026-09-11T07:00:00Z</dcterms:modified>
  <cp:category/>
</cp:coreProperties>
</file>