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5FB5C4" w14:textId="77777777" w:rsidR="002E6A45" w:rsidRDefault="00000000">
      <w:pPr>
        <w:spacing w:after="80"/>
      </w:pPr>
      <w:r>
        <w:rPr>
          <w:b/>
          <w:color w:val="2D6870"/>
        </w:rPr>
        <w:t>HALTO</w:t>
      </w:r>
      <w:r>
        <w:rPr>
          <w:color w:val="6F8F95"/>
        </w:rPr>
        <w:t xml:space="preserve">  |  CareShare · Help &amp; Templates</w:t>
      </w:r>
    </w:p>
    <w:p w14:paraId="03CCF926" w14:textId="77777777" w:rsidR="002E6A45" w:rsidRDefault="00000000">
      <w:pPr>
        <w:pStyle w:val="HALTOTitle"/>
      </w:pPr>
      <w:r>
        <w:t>Template letter · Private sector</w:t>
      </w:r>
    </w:p>
    <w:p w14:paraId="697ECB38" w14:textId="77777777" w:rsidR="002E6A45" w:rsidRDefault="00000000">
      <w:pPr>
        <w:spacing w:after="240"/>
      </w:pPr>
      <w:r>
        <w:rPr>
          <w:b/>
          <w:color w:val="F28A22"/>
        </w:rPr>
        <w:t>Request for a meeting regarding a flexible working arrangement</w:t>
      </w:r>
    </w:p>
    <w:p w14:paraId="404707D3" w14:textId="77777777" w:rsidR="002E6A45" w:rsidRDefault="00000000" w:rsidP="00C94467">
      <w:pPr>
        <w:spacing w:after="0" w:line="269" w:lineRule="auto"/>
      </w:pPr>
      <w:r>
        <w:t xml:space="preserve">First name Surname: </w:t>
      </w:r>
      <w:r>
        <w:rPr>
          <w:i/>
          <w:color w:val="B65C22"/>
        </w:rPr>
        <w:t>[First name Surname]</w:t>
      </w:r>
    </w:p>
    <w:p w14:paraId="0003F363" w14:textId="77777777" w:rsidR="002E6A45" w:rsidRDefault="00000000" w:rsidP="00C94467">
      <w:pPr>
        <w:spacing w:after="0" w:line="269" w:lineRule="auto"/>
      </w:pPr>
      <w:r>
        <w:t xml:space="preserve">Address: </w:t>
      </w:r>
      <w:r>
        <w:rPr>
          <w:i/>
          <w:color w:val="B65C22"/>
        </w:rPr>
        <w:t>[Street, house number · Postcode Town/City]</w:t>
      </w:r>
    </w:p>
    <w:p w14:paraId="329CC640" w14:textId="77777777" w:rsidR="002E6A45" w:rsidRDefault="00000000" w:rsidP="00C94467">
      <w:pPr>
        <w:spacing w:after="0" w:line="269" w:lineRule="auto"/>
      </w:pPr>
      <w:r>
        <w:t xml:space="preserve">Email / Phone: </w:t>
      </w:r>
      <w:r>
        <w:rPr>
          <w:i/>
          <w:color w:val="B65C22"/>
        </w:rPr>
        <w:t>[Contact details]</w:t>
      </w:r>
    </w:p>
    <w:p w14:paraId="436E6250" w14:textId="77777777" w:rsidR="00C94467" w:rsidRDefault="00000000" w:rsidP="00C94467">
      <w:pPr>
        <w:spacing w:before="60" w:after="160" w:line="269" w:lineRule="auto"/>
        <w:ind w:left="5040"/>
        <w:rPr>
          <w:i/>
          <w:color w:val="B65C22"/>
          <w:sz w:val="19"/>
        </w:rPr>
      </w:pPr>
      <w:r>
        <w:t xml:space="preserve">For the attention of </w:t>
      </w:r>
      <w:r>
        <w:rPr>
          <w:i/>
          <w:color w:val="B65C22"/>
        </w:rPr>
        <w:t>[company / responsible person]</w:t>
      </w:r>
      <w:r>
        <w:rPr>
          <w:i/>
          <w:color w:val="B65C22"/>
        </w:rPr>
        <w:br/>
        <w:t>[Address]</w:t>
      </w:r>
    </w:p>
    <w:p w14:paraId="7CBE6F4A" w14:textId="77777777" w:rsidR="00C94467" w:rsidRDefault="00C94467" w:rsidP="00C94467">
      <w:pPr>
        <w:spacing w:before="60" w:after="160" w:line="269" w:lineRule="auto"/>
        <w:ind w:left="5040"/>
        <w:jc w:val="right"/>
        <w:rPr>
          <w:i/>
          <w:color w:val="B65C22"/>
          <w:sz w:val="19"/>
        </w:rPr>
      </w:pPr>
    </w:p>
    <w:p w14:paraId="30C05269" w14:textId="77777777" w:rsidR="002E6A45" w:rsidRDefault="00000000" w:rsidP="00C94467">
      <w:pPr>
        <w:spacing w:before="60" w:after="160" w:line="269" w:lineRule="auto"/>
        <w:ind w:left="5040"/>
        <w:jc w:val="right"/>
        <w:rPr>
          <w:i/>
          <w:color w:val="B65C22"/>
          <w:sz w:val="19"/>
        </w:rPr>
      </w:pPr>
      <w:r>
        <w:rPr>
          <w:i/>
          <w:color w:val="B65C22"/>
        </w:rPr>
        <w:t>[Place], [date]</w:t>
      </w:r>
    </w:p>
    <w:p w14:paraId="5D26489B" w14:textId="77777777" w:rsidR="00C94467" w:rsidRDefault="00C94467" w:rsidP="00C94467">
      <w:pPr>
        <w:spacing w:before="60" w:after="160" w:line="269" w:lineRule="auto"/>
        <w:ind w:left="5040"/>
        <w:jc w:val="right"/>
      </w:pPr>
    </w:p>
    <w:p w14:paraId="20BC4092" w14:textId="77777777" w:rsidR="002E6A45" w:rsidRDefault="00000000">
      <w:pPr>
        <w:spacing w:after="220"/>
      </w:pPr>
      <w:r>
        <w:rPr>
          <w:b/>
        </w:rPr>
        <w:t>Subject: Request for a meeting regarding a flexible working arrangement pursuant to Art. L. 236-1 of the Luxembourg Labour Code</w:t>
      </w:r>
    </w:p>
    <w:p w14:paraId="7105E7D8" w14:textId="77777777" w:rsidR="00C94467" w:rsidRDefault="00C94467">
      <w:pPr>
        <w:spacing w:after="160" w:line="269" w:lineRule="auto"/>
      </w:pPr>
    </w:p>
    <w:p w14:paraId="0A9C3C43" w14:textId="77777777" w:rsidR="002E6A45" w:rsidRDefault="00000000">
      <w:pPr>
        <w:spacing w:after="160" w:line="269" w:lineRule="auto"/>
      </w:pPr>
      <w:r>
        <w:t xml:space="preserve">Dear Ms / Mr </w:t>
      </w:r>
      <w:r>
        <w:rPr>
          <w:i/>
          <w:color w:val="B65C22"/>
        </w:rPr>
        <w:t>[Surname]</w:t>
      </w:r>
      <w:r>
        <w:t>,</w:t>
      </w:r>
    </w:p>
    <w:p w14:paraId="26C0944F" w14:textId="77777777" w:rsidR="002E6A45" w:rsidRDefault="00000000">
      <w:pPr>
        <w:spacing w:after="160" w:line="269" w:lineRule="auto"/>
      </w:pPr>
      <w:r>
        <w:t xml:space="preserve">Under the </w:t>
      </w:r>
      <w:r>
        <w:rPr>
          <w:i/>
          <w:color w:val="2D6870"/>
        </w:rPr>
        <w:t>flexible working arrangements</w:t>
      </w:r>
      <w:r>
        <w:t xml:space="preserve"> provided for in Article L. 236-1 of the Luxembourg Labour Code, I would like to discuss with you a temporary adjustment to my working arrangements.</w:t>
      </w:r>
    </w:p>
    <w:p w14:paraId="4506567E" w14:textId="77777777" w:rsidR="002E6A45" w:rsidRDefault="00000000">
      <w:pPr>
        <w:spacing w:after="160" w:line="269" w:lineRule="auto"/>
      </w:pPr>
      <w:r>
        <w:t xml:space="preserve">I regularly provide personal care or support to </w:t>
      </w:r>
      <w:r>
        <w:rPr>
          <w:i/>
          <w:color w:val="B65C22"/>
        </w:rPr>
        <w:t>[my child / a family member / a person living in my household]</w:t>
      </w:r>
      <w:r>
        <w:t>, who requires substantial care or support for serious medical reasons.</w:t>
      </w:r>
    </w:p>
    <w:p w14:paraId="1F30F7AB" w14:textId="77777777" w:rsidR="002E6A45" w:rsidRDefault="00000000">
      <w:pPr>
        <w:spacing w:after="160" w:line="269" w:lineRule="auto"/>
      </w:pPr>
      <w:r>
        <w:t xml:space="preserve">In order to better combine this caregiving responsibility with my work, I would like to discuss the following arrangement with you: </w:t>
      </w:r>
      <w:r>
        <w:rPr>
          <w:i/>
          <w:color w:val="B65C22"/>
        </w:rPr>
        <w:t>[e.g. fixed working hours / flexible working hours / telework / adjustment of the shift schedule / temporary reduction in working hours / another requested arrangement]</w:t>
      </w:r>
      <w:r>
        <w:t>.</w:t>
      </w:r>
    </w:p>
    <w:p w14:paraId="349A1112" w14:textId="77777777" w:rsidR="002E6A45" w:rsidRDefault="00000000">
      <w:pPr>
        <w:spacing w:after="160" w:line="269" w:lineRule="auto"/>
      </w:pPr>
      <w:r>
        <w:t xml:space="preserve">If appropriate, this arrangement could apply for the period </w:t>
      </w:r>
      <w:r>
        <w:rPr>
          <w:i/>
          <w:color w:val="B65C22"/>
        </w:rPr>
        <w:t>[from … to … / for … months]</w:t>
      </w:r>
      <w:r>
        <w:t>.</w:t>
      </w:r>
    </w:p>
    <w:p w14:paraId="158DB0FD" w14:textId="77777777" w:rsidR="002E6A45" w:rsidRDefault="00000000">
      <w:pPr>
        <w:spacing w:after="160" w:line="269" w:lineRule="auto"/>
      </w:pPr>
      <w:r>
        <w:t>I would like to find a solution that takes account of both the operational requirements of the company and my caregiving situation. I would appreciate the opportunity to discuss this with you in person and to consider the requested arrangement and its practical implementation.</w:t>
      </w:r>
    </w:p>
    <w:p w14:paraId="77CB9E64" w14:textId="77777777" w:rsidR="002E6A45" w:rsidRDefault="00000000">
      <w:pPr>
        <w:spacing w:after="160" w:line="269" w:lineRule="auto"/>
      </w:pPr>
      <w:r>
        <w:t>Thank you in advance for taking the time to consider my request. I look forward to hearing from you.</w:t>
      </w:r>
    </w:p>
    <w:p w14:paraId="59886347" w14:textId="77777777" w:rsidR="002E6A45" w:rsidRDefault="00000000">
      <w:pPr>
        <w:spacing w:before="120" w:after="280"/>
      </w:pPr>
      <w:r>
        <w:t>Yours sincerely,</w:t>
      </w:r>
    </w:p>
    <w:p w14:paraId="60558BDC" w14:textId="77777777" w:rsidR="002E6A45" w:rsidRDefault="00000000">
      <w:pPr>
        <w:spacing w:after="160" w:line="269" w:lineRule="auto"/>
        <w:rPr>
          <w:i/>
          <w:color w:val="B65C22"/>
        </w:rPr>
      </w:pPr>
      <w:r>
        <w:rPr>
          <w:i/>
          <w:color w:val="B65C22"/>
        </w:rPr>
        <w:t>[First name Surname]</w:t>
      </w:r>
    </w:p>
    <w:p w14:paraId="4CE3546F" w14:textId="77777777" w:rsidR="00C94467" w:rsidRDefault="00C94467">
      <w:pPr>
        <w:spacing w:after="160" w:line="269" w:lineRule="auto"/>
      </w:pPr>
    </w:p>
    <w:p w14:paraId="482AF42D" w14:textId="77777777" w:rsidR="00C94467" w:rsidRDefault="00C94467">
      <w:pPr>
        <w:spacing w:after="160" w:line="269" w:lineRule="auto"/>
      </w:pPr>
    </w:p>
    <w:p w14:paraId="32E6319F" w14:textId="77777777" w:rsidR="00FA7CCE" w:rsidRDefault="00FA7CCE">
      <w:pPr>
        <w:spacing w:after="160" w:line="269" w:lineRule="auto"/>
      </w:pPr>
    </w:p>
    <w:p w14:paraId="440A8158" w14:textId="77777777" w:rsidR="00FA7CCE" w:rsidRDefault="00FA7CCE">
      <w:pPr>
        <w:spacing w:after="160" w:line="269" w:lineRule="auto"/>
      </w:pPr>
    </w:p>
    <w:tbl>
      <w:tblPr>
        <w:tblW w:w="0" w:type="auto"/>
        <w:jc w:val="center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9412"/>
      </w:tblGrid>
      <w:tr w:rsidR="002E6A45" w14:paraId="3E39BBF3" w14:textId="77777777">
        <w:trPr>
          <w:jc w:val="center"/>
        </w:trPr>
        <w:tc>
          <w:tcPr>
            <w:tcW w:w="9746" w:type="dxa"/>
            <w:shd w:val="clear" w:color="auto" w:fill="F5F0E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10EBFA" w14:textId="77777777" w:rsidR="00CD1318" w:rsidRDefault="00000000">
            <w:pPr>
              <w:spacing w:after="0" w:line="240" w:lineRule="auto"/>
            </w:pPr>
            <w:r>
              <w:rPr>
                <w:sz w:val="18"/>
              </w:rPr>
              <w:t>Note: personalise the passages in orange italics. Guidance is provided on page 2.</w:t>
            </w:r>
          </w:p>
        </w:tc>
      </w:tr>
    </w:tbl>
    <w:p w14:paraId="47EC22DB" w14:textId="77777777" w:rsidR="002E6A45" w:rsidRDefault="002E6A45"/>
    <w:p w14:paraId="7A89CB7A" w14:textId="77777777" w:rsidR="00AC172C" w:rsidRDefault="00AC172C"/>
    <w:p w14:paraId="490213A2" w14:textId="77777777" w:rsidR="002E6A45" w:rsidRDefault="00000000">
      <w:pPr>
        <w:spacing w:after="80"/>
      </w:pPr>
      <w:r>
        <w:rPr>
          <w:b/>
          <w:color w:val="2D6870"/>
        </w:rPr>
        <w:lastRenderedPageBreak/>
        <w:t>HALTO</w:t>
      </w:r>
      <w:r>
        <w:rPr>
          <w:color w:val="6F8F95"/>
        </w:rPr>
        <w:t xml:space="preserve">  |  CareShare · Help &amp; Templates</w:t>
      </w:r>
    </w:p>
    <w:p w14:paraId="6FB81327" w14:textId="77777777" w:rsidR="002E6A45" w:rsidRDefault="00000000">
      <w:pPr>
        <w:pStyle w:val="HALTOTitle"/>
      </w:pPr>
      <w:r>
        <w:t>How to adapt the template letter</w:t>
      </w:r>
    </w:p>
    <w:p w14:paraId="03C3AF31" w14:textId="77777777" w:rsidR="002E6A45" w:rsidRDefault="00000000">
      <w:pPr>
        <w:spacing w:after="60" w:line="240" w:lineRule="auto"/>
        <w:rPr>
          <w:sz w:val="19"/>
        </w:rPr>
      </w:pPr>
      <w:r>
        <w:rPr>
          <w:sz w:val="19"/>
        </w:rPr>
        <w:t>Replace the passages in orange italics with your personal information. The rest of the text can generally remain unchanged.</w:t>
      </w:r>
    </w:p>
    <w:p w14:paraId="01E9BE16" w14:textId="77777777" w:rsidR="00AC172C" w:rsidRDefault="00AC172C">
      <w:pPr>
        <w:spacing w:after="60" w:line="240" w:lineRule="auto"/>
      </w:pPr>
    </w:p>
    <w:tbl>
      <w:tblPr>
        <w:tblW w:w="0" w:type="auto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425"/>
        <w:gridCol w:w="8391"/>
      </w:tblGrid>
      <w:tr w:rsidR="002E6A45" w14:paraId="2BB1EE8D" w14:textId="77777777">
        <w:trPr>
          <w:jc w:val="center"/>
        </w:trPr>
        <w:tc>
          <w:tcPr>
            <w:tcW w:w="425" w:type="dxa"/>
            <w:shd w:val="clear" w:color="auto" w:fill="DDE8E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5248D32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1</w:t>
            </w:r>
          </w:p>
        </w:tc>
        <w:tc>
          <w:tcPr>
            <w:tcW w:w="839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4978F3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Sender and recipient</w:t>
            </w:r>
            <w:r>
              <w:rPr>
                <w:sz w:val="19"/>
              </w:rPr>
              <w:br/>
              <w:t>Enter your contact details, the company or responsible person, the address, place and date.</w:t>
            </w:r>
          </w:p>
        </w:tc>
      </w:tr>
      <w:tr w:rsidR="002E6A45" w14:paraId="24AD0A12" w14:textId="77777777">
        <w:trPr>
          <w:jc w:val="center"/>
        </w:trPr>
        <w:tc>
          <w:tcPr>
            <w:tcW w:w="425" w:type="dxa"/>
            <w:shd w:val="clear" w:color="auto" w:fill="DDE8E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195CC1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2</w:t>
            </w:r>
          </w:p>
        </w:tc>
        <w:tc>
          <w:tcPr>
            <w:tcW w:w="839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084788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Caregiving situation</w:t>
            </w:r>
            <w:r>
              <w:rPr>
                <w:sz w:val="19"/>
              </w:rPr>
              <w:br/>
              <w:t>Choose the wording that fits your situation (e.g. “my child”). Include only the information needed for the request.</w:t>
            </w:r>
          </w:p>
        </w:tc>
      </w:tr>
      <w:tr w:rsidR="002E6A45" w14:paraId="7C908D2B" w14:textId="77777777">
        <w:trPr>
          <w:jc w:val="center"/>
        </w:trPr>
        <w:tc>
          <w:tcPr>
            <w:tcW w:w="425" w:type="dxa"/>
            <w:shd w:val="clear" w:color="auto" w:fill="DDE8E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6809F7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  <w:tc>
          <w:tcPr>
            <w:tcW w:w="839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530FC3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Requested arrangement</w:t>
            </w:r>
            <w:r>
              <w:rPr>
                <w:sz w:val="19"/>
              </w:rPr>
              <w:br/>
              <w:t>State clearly what you would like to discuss: e.g. fixed start/end times, flexible hours, telework, a different shift pattern or a temporary reduction in working hours.</w:t>
            </w:r>
          </w:p>
        </w:tc>
      </w:tr>
      <w:tr w:rsidR="002E6A45" w14:paraId="4DA91C46" w14:textId="77777777">
        <w:trPr>
          <w:jc w:val="center"/>
        </w:trPr>
        <w:tc>
          <w:tcPr>
            <w:tcW w:w="425" w:type="dxa"/>
            <w:shd w:val="clear" w:color="auto" w:fill="DDE8E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84A8F3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4</w:t>
            </w:r>
          </w:p>
        </w:tc>
        <w:tc>
          <w:tcPr>
            <w:tcW w:w="839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525590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Period</w:t>
            </w:r>
            <w:r>
              <w:rPr>
                <w:sz w:val="19"/>
              </w:rPr>
              <w:br/>
              <w:t>If you know how long the arrangement will be needed, enter a period. Otherwise, delete this sentence.</w:t>
            </w:r>
          </w:p>
        </w:tc>
      </w:tr>
      <w:tr w:rsidR="002E6A45" w14:paraId="720E85AE" w14:textId="77777777">
        <w:trPr>
          <w:jc w:val="center"/>
        </w:trPr>
        <w:tc>
          <w:tcPr>
            <w:tcW w:w="425" w:type="dxa"/>
            <w:shd w:val="clear" w:color="auto" w:fill="DDE8E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BAE94A6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5</w:t>
            </w:r>
          </w:p>
        </w:tc>
        <w:tc>
          <w:tcPr>
            <w:tcW w:w="839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389A1BD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Supporting documents</w:t>
            </w:r>
            <w:r>
              <w:rPr>
                <w:sz w:val="19"/>
              </w:rPr>
              <w:br/>
              <w:t>If the request is based on care or support required for serious medical reasons, keep the required medical certificate available. Attach sensitive documents only if necessary.</w:t>
            </w:r>
          </w:p>
        </w:tc>
      </w:tr>
      <w:tr w:rsidR="002E6A45" w14:paraId="10E4CA2E" w14:textId="77777777">
        <w:trPr>
          <w:jc w:val="center"/>
        </w:trPr>
        <w:tc>
          <w:tcPr>
            <w:tcW w:w="425" w:type="dxa"/>
            <w:shd w:val="clear" w:color="auto" w:fill="DDE8E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22B62FE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6</w:t>
            </w:r>
          </w:p>
        </w:tc>
        <w:tc>
          <w:tcPr>
            <w:tcW w:w="839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816AA3" w14:textId="77777777" w:rsidR="00CD1318" w:rsidRDefault="00000000">
            <w:pPr>
              <w:spacing w:after="0" w:line="240" w:lineRule="auto"/>
            </w:pPr>
            <w:r>
              <w:rPr>
                <w:sz w:val="19"/>
              </w:rPr>
              <w:t>Sending and keeping a copy</w:t>
            </w:r>
            <w:r>
              <w:rPr>
                <w:sz w:val="19"/>
              </w:rPr>
              <w:br/>
              <w:t>Keep a copy of your letter and the reply. Before sending it, check which form or method applies to your situation.</w:t>
            </w:r>
          </w:p>
        </w:tc>
      </w:tr>
    </w:tbl>
    <w:p w14:paraId="342D0DD2" w14:textId="77777777" w:rsidR="00C94467" w:rsidRDefault="00C94467">
      <w:pPr>
        <w:spacing w:after="100"/>
        <w:rPr>
          <w:b/>
          <w:color w:val="F28A22"/>
          <w:sz w:val="23"/>
        </w:rPr>
      </w:pPr>
    </w:p>
    <w:p w14:paraId="3F77F33A" w14:textId="77777777" w:rsidR="002E6A45" w:rsidRDefault="00000000">
      <w:pPr>
        <w:spacing w:after="40"/>
      </w:pPr>
      <w:r>
        <w:rPr>
          <w:b/>
          <w:color w:val="F28A22"/>
        </w:rPr>
        <w:t>Legal framework</w:t>
      </w:r>
    </w:p>
    <w:p w14:paraId="77BACBE9" w14:textId="77777777" w:rsidR="002E6A45" w:rsidRDefault="00000000">
      <w:pPr>
        <w:spacing w:after="60" w:line="240" w:lineRule="auto"/>
        <w:rPr>
          <w:sz w:val="18"/>
        </w:rPr>
      </w:pPr>
      <w:r>
        <w:rPr>
          <w:sz w:val="19"/>
        </w:rPr>
        <w:t>This template concerns flexible working arrangements (formules souples de travail) under Art. L. 236-1 of the Luxembourg Labour Code. It is intended primarily for employees covered by the Labour Code. Different rules may apply in the public sector depending on employment status.</w:t>
      </w:r>
    </w:p>
    <w:p w14:paraId="542DB3A9" w14:textId="77777777" w:rsidR="00C94467" w:rsidRDefault="00C94467">
      <w:pPr>
        <w:spacing w:after="180" w:line="259" w:lineRule="auto"/>
      </w:pPr>
    </w:p>
    <w:tbl>
      <w:tblPr>
        <w:tblW w:w="0" w:type="auto"/>
        <w:jc w:val="center"/>
        <w:tblCellMar>
          <w:top w:w="30" w:type="dxa"/>
          <w:left w:w="90" w:type="dxa"/>
          <w:bottom w:w="30" w:type="dxa"/>
          <w:right w:w="90" w:type="dxa"/>
        </w:tblCellMar>
        <w:tblLook w:val="04A0" w:firstRow="1" w:lastRow="0" w:firstColumn="1" w:lastColumn="0" w:noHBand="0" w:noVBand="1"/>
      </w:tblPr>
      <w:tblGrid>
        <w:gridCol w:w="9412"/>
      </w:tblGrid>
      <w:tr w:rsidR="002E6A45" w14:paraId="08034CEF" w14:textId="77777777">
        <w:trPr>
          <w:jc w:val="center"/>
        </w:trPr>
        <w:tc>
          <w:tcPr>
            <w:tcW w:w="9746" w:type="dxa"/>
            <w:shd w:val="clear" w:color="auto" w:fill="F5F0E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524A8F" w14:textId="77777777" w:rsidR="00CD1318" w:rsidRDefault="00000000">
            <w:pPr>
              <w:spacing w:after="0" w:line="240" w:lineRule="auto"/>
            </w:pPr>
            <w:r>
              <w:rPr>
                <w:sz w:val="18"/>
              </w:rPr>
              <w:t>Good to know · Updated: September 2026</w:t>
            </w:r>
            <w:r>
              <w:rPr>
                <w:sz w:val="18"/>
              </w:rPr>
              <w:br/>
              <w:t>This template is for guidance only and does not replace individual legal advice. If in doubt, seek professional advice.</w:t>
            </w:r>
          </w:p>
        </w:tc>
      </w:tr>
    </w:tbl>
    <w:p w14:paraId="01AB1F68" w14:textId="77777777" w:rsidR="001973AD" w:rsidRDefault="001973AD"/>
    <w:sectPr w:rsidR="001973AD" w:rsidSect="00FA7CCE">
      <w:footerReference w:type="default" r:id="rId8"/>
      <w:pgSz w:w="11906" w:h="16838"/>
      <w:pgMar w:top="879" w:right="1247" w:bottom="850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4738C6" w14:textId="77777777" w:rsidR="004518AB" w:rsidRDefault="004518AB">
      <w:pPr>
        <w:spacing w:after="0" w:line="240" w:lineRule="auto"/>
      </w:pPr>
      <w:r>
        <w:separator/>
      </w:r>
    </w:p>
  </w:endnote>
  <w:endnote w:type="continuationSeparator" w:id="0">
    <w:p w14:paraId="450AAFD0" w14:textId="77777777" w:rsidR="004518AB" w:rsidRDefault="0045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9E518" w14:textId="77777777" w:rsidR="002E6A45" w:rsidRDefault="00000000">
    <w:pPr>
      <w:pStyle w:val="Fuzeile"/>
      <w:jc w:val="center"/>
    </w:pPr>
    <w:proofErr w:type="gramStart"/>
    <w:r>
      <w:t>halto.lu  •</w:t>
    </w:r>
    <w:proofErr w:type="gramEnd"/>
    <w:r>
      <w:t xml:space="preserve">  </w:t>
    </w:r>
    <w:proofErr w:type="spellStart"/>
    <w:r>
      <w:t>CareShare</w:t>
    </w:r>
    <w:proofErr w:type="spellEnd"/>
    <w:r>
      <w:t xml:space="preserve"> · Help &amp; Templates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65D61D" w14:textId="77777777" w:rsidR="004518AB" w:rsidRDefault="004518AB">
      <w:pPr>
        <w:spacing w:after="0" w:line="240" w:lineRule="auto"/>
      </w:pPr>
      <w:r>
        <w:separator/>
      </w:r>
    </w:p>
  </w:footnote>
  <w:footnote w:type="continuationSeparator" w:id="0">
    <w:p w14:paraId="69B11BF4" w14:textId="77777777" w:rsidR="004518AB" w:rsidRDefault="00451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0153351">
    <w:abstractNumId w:val="8"/>
  </w:num>
  <w:num w:numId="2" w16cid:durableId="822353207">
    <w:abstractNumId w:val="6"/>
  </w:num>
  <w:num w:numId="3" w16cid:durableId="498546302">
    <w:abstractNumId w:val="5"/>
  </w:num>
  <w:num w:numId="4" w16cid:durableId="1858300845">
    <w:abstractNumId w:val="4"/>
  </w:num>
  <w:num w:numId="5" w16cid:durableId="375859958">
    <w:abstractNumId w:val="7"/>
  </w:num>
  <w:num w:numId="6" w16cid:durableId="1726030597">
    <w:abstractNumId w:val="3"/>
  </w:num>
  <w:num w:numId="7" w16cid:durableId="996415910">
    <w:abstractNumId w:val="2"/>
  </w:num>
  <w:num w:numId="8" w16cid:durableId="111675251">
    <w:abstractNumId w:val="1"/>
  </w:num>
  <w:num w:numId="9" w16cid:durableId="6219601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73AD"/>
    <w:rsid w:val="0029639D"/>
    <w:rsid w:val="002E6A45"/>
    <w:rsid w:val="00326F90"/>
    <w:rsid w:val="00417516"/>
    <w:rsid w:val="004518AB"/>
    <w:rsid w:val="00AA1D8D"/>
    <w:rsid w:val="00AC172C"/>
    <w:rsid w:val="00B47730"/>
    <w:rsid w:val="00C94467"/>
    <w:rsid w:val="00CB0664"/>
    <w:rsid w:val="00CD1318"/>
    <w:rsid w:val="00FA7C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80757C"/>
  <w14:defaultImageDpi w14:val="300"/>
  <w15:docId w15:val="{BFEDB0CF-9EF4-0F42-94D2-DE5B8425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hAnsi="Aptos"/>
      <w:color w:val="26333A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ALTOTitle">
    <w:name w:val="HALTO Title"/>
    <w:pPr>
      <w:spacing w:after="140"/>
    </w:pPr>
    <w:rPr>
      <w:rFonts w:ascii="Aptos Display" w:hAnsi="Aptos Display"/>
      <w:b/>
      <w:color w:val="2D6870"/>
      <w:sz w:val="44"/>
    </w:rPr>
  </w:style>
  <w:style w:type="paragraph" w:customStyle="1" w:styleId="HALTOH1">
    <w:name w:val="HALTO H1"/>
    <w:pPr>
      <w:spacing w:after="140"/>
    </w:pPr>
    <w:rPr>
      <w:rFonts w:ascii="Aptos Display" w:hAnsi="Aptos Display"/>
      <w:b/>
      <w:color w:val="2D6870"/>
      <w:sz w:val="30"/>
    </w:rPr>
  </w:style>
  <w:style w:type="paragraph" w:customStyle="1" w:styleId="HALTOH2">
    <w:name w:val="HALTO H2"/>
    <w:pPr>
      <w:spacing w:after="140"/>
    </w:pPr>
    <w:rPr>
      <w:rFonts w:ascii="Aptos Display" w:hAnsi="Aptos Display"/>
      <w:b/>
      <w:color w:val="2D687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THILL Nathalie</cp:lastModifiedBy>
  <cp:revision>2</cp:revision>
  <dcterms:created xsi:type="dcterms:W3CDTF">2026-09-11T07:17:00Z</dcterms:created>
  <dcterms:modified xsi:type="dcterms:W3CDTF">2026-09-11T07:17:00Z</dcterms:modified>
  <cp:category/>
</cp:coreProperties>
</file>